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מעבדת הבלשים הלשונית, המרחבית והחוסן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שורשים ובנייני פועל ולהבין את הקשר בין שורש למשמעות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לפענח תעלומות הקשורות למקור שמות יישובים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תמציתי ובהיר של תובנה לשונית בעל פה ובכתב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עבודת צוות ומיומנויות חוסן אישי מול אתגר לימודי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שורשים וגזרון: בנייני הפועל ומקורות מילים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סיפר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שורשים וגזרון: בנייני הפועל ומקורות מילים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שורשים וגזרון: בנייני הפועל ומקורות מילים – התאמת 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(סיפר)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(הכתיב)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(התרגש)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שורשים וגזרון: בנייני הפועל ומקורות מילים – זיהוי מתקדם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התפעל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חידות מקום: פענוח שמות יישובים – היכרות עם שמות יישובים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(תל עתיק ופריחה של אביב)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(באר ומספר שבע)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(פתח לתקווה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(זכר לשמונה שנפלו בהגנה על תל חי)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(נקראת על שם תאודור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(כרם וא-ל, כרם של אלוהים)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חידות מקום: פענוח שמות יישובים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נתן שטראוס תרם רבות ליישוב ולכן העיר נקראת על שמו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העיר נוסדה והוקדשה לקיסר הרומי טיבריוס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קיסריה נקראת על שם יוליוס קיסר הרומי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שם היישוב מתייחס למכתש הגדול שלידו הוא שוכן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ראשון לציון היתה בין המושבות הראשונות שהוקמו בארץ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חידות מקום: פענוח שמות יישובים – חושבים כמו בלשים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כרמיאל - שילוב של כרם והאות א (א-ל)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יש לבדוק שהרמז מתאים לשם ולמקור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יש לציין את הרצון לקשר בין העבר היהודי להתיישבות החדשה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מיקרו-פודקאסט: ניסוח תובנה לשונית בקצרה – היכרות עם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המשימה היא להקליט תובנה קצרה של עד דקה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לבסס את התובנה גם על חידה מתעלומת המקום וגם על 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מיקרו-פודקאסט: ניסוח תובנה לשונית בקצרה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קצרה וממוקדת ברעיון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כל האפשרויות הנ״ל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מיקרו-פודקאסט: ניסוח תובנה לשונית בקצרה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מיקרו-פודקאסט: ניסוח תובנה לשונית בקצרה – התאמת מקורות לתובנה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(מכונת הזמן של השורשים והגיזרון)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(חידות המקום החזותיות)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(פינת החוסן עוגן בלב)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(לוח השיאים וקיר הפרגון)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עבודת צוות ותפקידים במעבדה – היכרות עם כללי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בכללי המעבדה - צוותים של 3-4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תפקידו של גלגל הגורל בתחילת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בחוקי המשחק של המעבדה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החוקים מדגישים עבודה בשיתוף פעולה מלא בתוך הצוות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עבודת צוות ותפקידים במעבדה – הכרת התחנות והחוקים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לוחצים על כפתור רמז בכספת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לעבוד בשיתוף פעולה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על כל פתרון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עבודת צוות ותפקידים במעבדה – יישום בתוך הצוות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(עוסקים בבנייני הפועל ובמקורות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(מפענחים שמות יישובים ופותחים כספת)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(מקליטים תובנה קצרה של עד דקה)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(בוחרים עוגן, נושמים ושולפים קלף)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עבודת צוות ותפקידים במעבדה – השלמת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גלגל הגורל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חוסן ועוגן: כלים להתמודדות עם אתגר – הכרת פינת החוסן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במעבדה: בוחרים עוגן, נושמים, שולפים קלף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פענוח שמות יישובים שייך לחידות המקום החזותיות, לא לפינת החוסן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אחד מחוקי המשחק במעבדה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חוסן ועוגן: כלים להתמודדות עם אתגר – התאמת עוגן לרגש ולמצב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(נשימה עמוקה ועצירה לרגע)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(בחירת קלף מעודד מהערימה)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(עוגן מרגיע שמזכיר ביטחון)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(עצירה ושיחה קצרה על הרגש)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(שיתוף ההצלחה בקיר הפרגון)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חוסן ועוגן: כלים להתמודדות עם אתגר – כתיבה ושיתוף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קלף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חוסן ועוגן: כלים להתמודדות עם אתגר – הבעת חוסן בפעולה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קצר של קושי ובחירת עוגן מתאים עם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תומך וקצר, למשל עידוד להמשיך לנסות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תובנה אישית קצרה הקשורה לחוסן ולעבודת צוות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סיכום: תעודת בלש/ית ולוח השיאים – זיכרון מהמעבדה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התעודה היא תוצר סיכום של כל התחנות שהצוות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לוח השיאים מציג ניקוד צוותים, פתקיות ומדבקות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תוכן התחנה שעסקה בשורשים ומקורות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מטרת החידות היתה לפענח שמות יישובים ולפתוח כספת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נכתב בחוקי המשחק במעבדה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דוגמה למילה, השורש שלה והבניין שבו היא מופיעה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את שם היישוב ואת ההסבר ההיסטורי או הגיאוגרפי שמאחורי השם, בלי להמציא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משפט אחד עד שניים, ממוקד וברור, המסכם רעיון אחד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לשלושה מפגשים: פרק 1-2 במפגש ראשון, פרק 3-4 בשני, פרק 5-6 בשלישי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רשימת שורשים או שמות יישובים מוכרים כבנק עזר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ניתן להוסיף אתגר של חיפוש שורש או שם יישוב נוסף שלא הופיע בדוגמאות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עבודה בצוותים קבועים לאורך כל החוברת כדי לשמר את תחושת הרצף של עבודת המעבדה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מעבדת הבלשים הלשונית, המרחבית והחוסן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עבדו על החוברת לפי הסדר. פתרו כל פרק יחד עם הצוות. אם קשה - חזרו לדוגמה בתחילת הפרק.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 ארבע אותיות שמהן נבנות מילים במשפחה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התבנית שבה משתבץ השורש כדי ליצור פועל (כמו פעל, נפעל, פיעל)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חקר מקור המילה וההתפתחות שלה לאורך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תעלומת מקום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חידה על מקור השם של יישוב או אתר גיאוגרפי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תובנה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מסקנה קצרה וממוקדת שמסכמת רעיון שנלמד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או מחשבה מרגיעה שעוזרת להתמודד עם קושי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להתמודד עם אתגר ולהמשיך הלאה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עבודה קבועה עם שם ותפקידים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אוסף חידות שפתרונן פותח שלב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פרגון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עידוד וחיזוק חיובי כלפי חברי הצוות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שורשים וגזרון: בנייני הפועל ומקורות מילים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בניינים קיימים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את שלוש אותיות השורש במילה התלבשו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בניין משמש כשגורמים למישהו לעשות 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את המילה מבניין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הוכתב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שורשים וגזרון: בנייני הפועל ומקורות מילים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"מתרגשים"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"הצליח" שייכת לבניין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שורשים וגזרון: בנייני הפועל ומקורות מילים – התאמת 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פיעל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הכתיב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הפעיל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שורשים וגזרון: בנייני הפועל ומקורות מילים – זיהוי מתקדם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זהו את הבניין של המילה התקלחתי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הופעל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חידות מקום: פענוח שמות יישובים – היכרות עם שמות 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תל אביב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פתח לתקווה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באר שבע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תל עתיק ופריחה של אביב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פתח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זכר לשמונה שנפלו בהגנה על תל 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קריית שמונה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נקראת על שם תאודור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הרצליה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כרם וא-ל, כרם של אלוהים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כרמיאל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באר ומספר שבע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חידות מקום: פענוח שמות יישובים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נתניה נקראת על שם נתן שטראוס, פילנתרופ יהודי אמריקאי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טבריה נקראת על שם הקיסר הרומי טיבריוס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קיסריה נקראת על שם קיסר ישראלי עתיק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מצפה רמון נקרא כך כי הוא נמצא ליד מכתש רמון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ראשון לציון היתה המושבה האחרונה שהוקמה בארץ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חידות מקום: פענוח שמות יישובים – חושבים כמו בלשים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חידה חזותית מציגה ציור של כרם ולידו האות א. איזה שם יישוב יכול להתאים?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רמז חזותי קצר (תיאור סמלים בלבד, בלי מילים) לשם יישוב אחד שלמדתם עליו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לדעתכם שמות יישובים רבים בישראל משלבים מקורות עתיקים (מקרא, תלמוד) יחד עם משמעות חדשה? הסבירו בשתיים-שלוש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מיקרו-פודקאסט: ניסוח תובנה לשונית בקצרה – היכרות עם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באולפן המיקרו-פודקאסט מקליטים תובנה לשונית שאורכה עד דקה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להקליט תובנה על תעלומת שם יישוב, אפשר רק על שורשים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מיקרו-פודקאסט: ניסוח תובנה לשונית בקצרה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צריכה להיראות תובנה טובה להקלטה?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ארוכה ומפורטת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קצרה וממוקדת ברעיון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רשימה של כל השורשים שנלמדו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ארוך בלי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אילו נושאים אפשר לבסס את התובנה הקצרה במעבדה?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שורש שנחקר במכונת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תעלומת שם יישוב מהחידות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משחק מילים שהצוות 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האפשרויות הנ״ל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מיקרו-פודקאסט: ניסוח תובנה לשונית בקצרה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באולפן המיקרו-פודקאסט מקליטים תובנה שאורכה עד __________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מיקרו-פודקאסט: ניסוח תובנה לשונית בקצרה – התאמת מקורות לתובנה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שורש שנחקר לעומק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חידות המקום החזותיות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סיפור מאחורי שם יישוב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לוח השיאים וקיר הפרגון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עוגן אישי לרגיעה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מכונת הזמן של השורשים והגיזרון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ניקוד והוקרה לצוות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פינת החוסן עוגן בלב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עבודת צוות ותפקידים במעבדה – היכרות עם כללי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הצוותים במעבדה מורכבים מ-3 עד 4 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גלגל הגורל קובע לצוות שם, אתגר ראשון ותפקידים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בסיום המשחק מעלים תובנה או משחק מילים לקיר הפרגון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לפתור את כל החידות במעבדה לבד, בלי הצוות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עבודת צוות ותפקידים במעבדה – הכרת התחנות והחוקים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כשחידה קשה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מוותרים על החידה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לוחצים על כפתור רמז בכספת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עוברים מיד לתחנה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מחכים שהמורה תפתור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צריך לעבוד בצוות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לעבוד כל אחד בנפרד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לעבוד בשיתוף פעולה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להתחרות אחד בשני בתוך הצוות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לדלג על תפקידים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צוות מרוויח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בסוף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כל פתרון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אם מנצחים צוות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כשהמורה מחליטה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עבודת צוות ותפקידים במעבדה – יישום בתוך הצוות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מכונת הזמן של השורשים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בוחרים עוגן, נושמים ושולפים קלף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חידות המקום החזותיות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מקליטים תובנה קצרה של עד דקה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אולפן המיקרו-פודקאסט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עוסקים בבנייני הפועל ובמקורות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פינת החוסן עוגן בלב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מפענחים שמות יישובים ופותחים כספת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עבודת צוות ותפקידים במעבדה – השלמת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בתחילת השיעור הצוות בוחר שם צוות ומסובב 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פתרון נכון מוסיף __________ לצוות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חוסן ועוגן: כלים להתמודדות עם אתגר – הכרת פינת החוסן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בפינת החוסן "עוגן בלב" הצוות בוחר עוגן מרגיע, נושם ושולף קלף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פינת החוסן היא לפענח שמות יישובים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כשנתקלים בחידה קשה בכספת אפשר להיעזר ברמז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חוסן ועוגן: כלים להתמודדות עם אתגר – התאמת עוגן לרגש ולמצב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תחושת לחץ לפני חידה קשה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שיתוף ההצלחה בקיר הפרגון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תסכול כשלא מצליחים לפתור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עצירה ושיחה קצרה על הרגש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התרגשות לפני הקלטת תובנה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בחירת קלף מעודד מהערימה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צוות שנתקע יחד בחידה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עוגן מרגיע שמזכיר ביטחון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גאווה אחרי פתרון 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נשימה עמוקה ועצירה לרגע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חוסן ועוגן: כלים להתמודדות עם אתגר – כתיבה ושיתוף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כשמרגישים לחץ אפשר לעצור, לנשום ולבחור __________ מרגיע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בפינת החוסן שולפים __________ כדי לקבל חיזוק והעודדות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חוסן ועוגן: כלים להתמודדות עם אתגר – הבעת חוסן בפעולה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רגע קשה בזמן פתרון חידה ואיזה עוגן הייתם בוחרים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עידוד קצר שהייתם רוצים למצוא על קלף בפינת החוסן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תכננו תובנה קצרה (עד דקה) להקליט באולפן המיקרו-פודקאסט על התמודדות עם קושי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סיכום: תעודת בלש/ית ולוח השיאים – זיכרון מהמעבדה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בתעודת הבלש/ית המצטיינ/ת מסכמים את מה שהצוות גילה במהלך המעבדה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השיאים מציג רק את שם המורה ולא את ניקוד הצוותים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בתחנת מכונת הזמן של השורשים עסקו בבנייני הפועל ובגיזרון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חידות המקום החזותיות עסקו בפענוח שמות של יישובים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קיר הפרגון משמש להעלאת תובנה או משחק מילים בסיום הפעילות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מהו שורש ולזהות בנייני פועל במילים חדשות?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להסביר כיצד שם של יישוב קשור למקור היסטורי או גיאוגרפי?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לנסח תובנה קצרה וברורה על נושא לשוני שלמדתי?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מעבדת הבלשים הלשונית, המרחבית והחוסן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