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מעבדת הבלשים הלשונית, המרחבית והחוסן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ובנייני פועל ולהבין את הקשר בין שורש למשמעות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תעלומות הקשורות למקור שמות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תמציתי ובהיר של תובנה לשונית בעל פה ובכתב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עבודת צוות ומיומנויות חוסן אישי מול אתגר לימודי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שורשים וגזרון: בנייני הפועל ומקורות מילים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שורשים וגזרון: בנייני הפועל ומקורות מילים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שורשים וגזרון: בנייני הפועל ומקורות מילים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(הכתיב)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שורשים וגזרון: בנייני הפועל ומקורות מילים – זיהוי מתקדם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מקום: פענוח שמות יישובים – היכרות עם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 עתיק ופריחה של 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(באר ומספר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(פתח לתקווה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(זכר לשמונה שנפלו בהגנה על תל 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מקום: פענוח שמות יישובים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נתן שטראוס תרם רבות ליישוב ולכן העיר נקראת על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העיר נוסדה והוקדשה לקיסר הרומי טיבריוס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חידות מקום: פענוח שמות יישובים – חושבים כמו בלשים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מיקרו-פודקאסט: ניסוח תובנה לשונית בקצרה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המשימה היא להקליט תובנה קצרה של עד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לבסס את התובנה גם על חידה מתעלומת המקום וגם על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מיקרו-פודקאסט: ניסוח תובנה לשונית בקצרה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קצרה וממוקדת ברעיון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 האפשרויות הנ״ל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מיקרו-פודקאסט: ניסוח תובנה לשונית בקצרה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מיקרו-פודקאסט: ניסוח תובנה לשונית בקצרה – התאמת מקורות לתובנה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(מכונת הזמן של השורשים והגיזרון)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(חידות המקום החזותיות)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(פינת החוסן עוגן בלב)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(לוח השיאים וקיר הפרגון)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עבודת צוות ותפקידים במעבדה – היכרות עם כללי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בכללי המעבדה - צוותים של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גלגל הגורל בתחילת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בחוקי המשחק של המעבדה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עבודת צוות ותפקידים במעבדה – הכרת התחנות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לוחצים על כפתור רמז בכספת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לעבוד בשיתוף פעולה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עבודת צוות ותפקידים במעבדה – יישום בתוך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(עוסקים בבנייני הפועל ובמקורות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(מפענחים שמות יישובים ופותחים כספת)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(מקליטים תובנה קצרה של עד 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(בוחרים עוגן, נושמים ושולפים קלף)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עבודת צוות ותפקידים במעבדה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חוסן ועוגן: כלים להתמודדות עם אתגר – הכרת פינת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במעבדה: בוחרים עוגן, נושמים, שולפים 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פענוח שמות יישובים שייך לחידות המקום החזותיות, לא לפינת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חוסן ועוגן: כלים להתמודדות עם אתגר – התאמת עוגן לרגש ולמצב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(נשימה עמוקה ועצירה לרגע)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(בחירת קלף מעודד מהערימה)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(עוגן מרגיע שמזכיר 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(עצירה ושיחה קצרה על הרגש)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חוסן ועוגן: כלים להתמודדות עם אתגר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חוסן ועוגן: כלים להתמודדות עם אתגר – הבעת חוסן בפעולה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תומך וקצר, למשל עידוד להמשיך לנסות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תעודת בלש/ית ולוח השיאים – זיכרון מהמעבדה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התעודה היא תוצר סיכום של כל התחנות שהצוות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לוח השיאים מציג ניקוד צוותים, פתקיות ומדבקות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התחנה שעסקה בשורשים ומקורות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למילה, השורש שלה והבניין שבו היא מופיעה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שם היישוב ואת ההסבר ההיסטורי או הגיאוגרפי שמאחורי השם, בלי להמציא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משפט אחד עד שניים, ממוקד וברור, המסכם רעיון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 1-2 במפגש ראשון, פרק 3-4 בשני, פרק 5-6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שורשים או שמות יישובים מוכרים כבנק 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אתגר של חיפוש שורש או שם יישוב נוסף שלא הופיע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בצוותים קבועים לאורך כל החוברת כדי לשמר את תחושת הרצף של עבודת המעבדה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מעבדת הבלשים הלשונית, המרחבית והחוסן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הפרקים בחוברת לפי הסדר, בדיוק כמו בתחנות המעבדה. בכל פרק פתרו את המשימות בצוות, ואם נתקעתם – חזרו לדוגמה שבתחילת הפרק כמו 'רמז' בכספת.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נקודות  ·  עוגן  ·  הפעיל  ·  רגש  ·  גלגל הגורל  ·  דקה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שורשים וגזרון: בנייני הפועל ומקורות מילים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בניינים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"התלבשו"?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בניין מבטא בדרך כלל גרימה לפעולה אצל מישהו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שורשים וגזרון: בנייני הפועל ומקורות מילים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"מתרגשים"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"הצליח" שייכת לבניין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שורשים וגזרון: בנייני הפועל ומקורות מילים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שורשים וגזרון: בנייני הפועל ומקורות מילים – זיהוי 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חידות מקום: פענוח שמות יישובים – היכרות עם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באר ומספר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פתח לתקווה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זכר לשמונה שנפלו בהגנה על תל 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קריית שמונה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 עתיק ופריחה של 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חידות מקום: פענוח שמות יישובים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נתניה נקראת על שם נתן שטראוס, פילנתרופ יהודי אמריקאי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נקראת על שם הקיסר הרומי טיבריוס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חידות מקום: פענוח שמות יישובים – חושבים כמו בלשים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מיקרו-פודקאסט: ניסוח תובנה לשונית בקצרה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באולפן המיקרו-פודקאסט מקליטים תובנה לשונית שאורכה עד דקה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להקליט תובנה על תעלומת שם יישוב, אפשר רק על 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מיקרו-פודקאסט: ניסוח תובנה לשונית בקצרה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תובנה לשונית טובה לאולפן המיקרו-פודקאסט צריכה להיות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ארוכה ומפורטת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קצרה וממוקדת ברעיון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רשימה של כל השורשים שנלמדו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אילו נושאים אפשר לבסס את התובנה הקצרה במעבדה?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שורש שנחקר במכונת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תעלומת שם יישוב מהחידות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האפשרויות הנ״ל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מיקרו-פודקאסט: ניסוח תובנה לשונית בקצרה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באולפן המיקרו-פודקאסט מקליטים תובנה שאורכה עד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מיקרו-פודקאסט: ניסוח תובנה לשונית בקצרה – התאמת מקורות לתובנה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 שנחקר לעומק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לוח השיאים וקיר הפרגון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מאחורי שם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פינת החוסן עוגן בלב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עוגן אישי לרגיעה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חידות המקום החזותיות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ניקוד והוקרה לצוות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מכונת הזמן של השורשים והגיזרון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עבודת צוות ותפקידים במעבדה – היכרות עם כללי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הצוותים במעבדה מורכבים מ-3 עד 4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גלגל הגורל קובע לצוות שם, אתגר ראשון ותפקידים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בסיום המשחק מעלים תובנה או משחק מילים לקיר הפרגון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עבודת צוות ותפקידים במעבדה – הכרת התחנות והחוקים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כשנתקלים בחידה קשה באחת הכספות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מוותרים על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לוחצים על כפתור רמז בכספת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עוברים מיד לתחנה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דורשים חוקי המשחק מחברי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לעבוד כל אחד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לעבוד בשיתוף פעולה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להתחרות אחד בשני בתוך הצוות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עבודת צוות ותפקידים במעבדה – יישום בתוך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מכונת הזמן של השורשים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מקליטים תובנה קצרה של עד דקה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חידות המקום החזותיות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בוחרים עוגן, נושמים ושולפים קלף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אולפן המיקרו-פודקאסט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מפענחים שמות יישובים ופותחים כספת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פינת החוסן עוגן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עוסקים בבנייני הפועל ובמקורות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עבודת צוות ותפקידים במעבדה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השיעור הצוות בוחר שם צוות ומסובב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פתרון נכון מוסיף __________ לצוות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חוסן ועוגן: כלים להתמודדות עם אתגר – הכרת פינת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החוסן "עוגן בלב" הצוות בוחר עוגן מרגיע, נושם ושולף קלף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פינת החוסן היא לפענח שמות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חוסן ועוגן: כלים להתמודדות עם אתגר – התאמת עוגן לרגש ולמצב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תחושת לחץ לפני חידה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עוגן מרגיע שמזכיר 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תסכול כשלא מצליחים לפתור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עצירה ושיחה קצרה על הרגש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התרגשות לפני הקלטת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בחירת קלף מעודד מהערימה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צוות שנתקע יחד בחידה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נשימה עמוקה ועצירה לרגע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חוסן ועוגן: כלים להתמודדות עם אתגר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כשמרגישים לחץ אפשר לעצור, לנשום ולבחור __________ מרגיע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חוסן ועוגן: כלים להתמודדות עם אתגר – הבעת חוסן בפעולה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עידוד קצר שהייתם רוצים למצוא על קלף בפינת החוסן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סיכום: תעודת בלש/ית ולוח השיאים – זיכרון מהמעבדה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בתעודת הבלש/ית המצטיינ/ת מסכמים את מה שהצוות גילה במהלך המעבדה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השיאים מציג רק את שם המורה ולא את ניקוד הצוותים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בתחנת מכונת הזמן של השורשים עסקו בבנייני הפועל ובגיזרון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מהו שורש ולזהות בנייני פועל במילים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כיצד שם של יישוב קשור למקור היסטורי או גיאוגרפי?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מעבדת הבלשים הלשונית, המרחבית והחוסן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